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91DA" w14:textId="77777777" w:rsidR="004E4FD4" w:rsidRPr="004A38B5" w:rsidRDefault="00000000">
      <w:pPr>
        <w:spacing w:after="40"/>
        <w:jc w:val="center"/>
        <w:rPr>
          <w:rFonts w:ascii="Aptos" w:hAnsi="Aptos"/>
        </w:rPr>
      </w:pPr>
      <w:r w:rsidRPr="004A38B5">
        <w:rPr>
          <w:rFonts w:ascii="Aptos" w:hAnsi="Aptos"/>
          <w:noProof/>
        </w:rPr>
        <w:drawing>
          <wp:inline distT="0" distB="0" distL="0" distR="0" wp14:anchorId="18FEBB94" wp14:editId="7F6ED243">
            <wp:extent cx="6080760" cy="8027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gelit_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80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2E11" w14:textId="77777777" w:rsidR="004E4FD4" w:rsidRPr="004A38B5" w:rsidRDefault="00000000">
      <w:pPr>
        <w:spacing w:after="0"/>
        <w:jc w:val="center"/>
        <w:rPr>
          <w:rFonts w:ascii="Aptos" w:hAnsi="Aptos"/>
        </w:rPr>
      </w:pPr>
      <w:r w:rsidRPr="004A38B5">
        <w:rPr>
          <w:rFonts w:ascii="Aptos" w:eastAsia="Times New Roman" w:hAnsi="Aptos"/>
          <w:b/>
          <w:sz w:val="28"/>
        </w:rPr>
        <w:t>EDITAL PPGELIT/ILEEL/UFU Nº 1/2026</w:t>
      </w:r>
    </w:p>
    <w:p w14:paraId="3DD7FBCC" w14:textId="77777777" w:rsidR="004E4FD4" w:rsidRPr="004A38B5" w:rsidRDefault="00000000">
      <w:pPr>
        <w:spacing w:after="0"/>
        <w:jc w:val="center"/>
        <w:rPr>
          <w:rFonts w:ascii="Aptos" w:hAnsi="Aptos"/>
        </w:rPr>
      </w:pPr>
      <w:r w:rsidRPr="004A38B5">
        <w:rPr>
          <w:rFonts w:ascii="Aptos" w:eastAsia="Times New Roman" w:hAnsi="Aptos"/>
          <w:b/>
          <w:sz w:val="26"/>
        </w:rPr>
        <w:t>PROCESSO SELETIVO 2027/1 — INGRESSO NO PRIMEIRO SEMESTRE DE 2027</w:t>
      </w:r>
    </w:p>
    <w:p w14:paraId="21E38EBD" w14:textId="1A95F3F4" w:rsidR="004E4FD4" w:rsidRPr="004A38B5" w:rsidRDefault="00000000">
      <w:pPr>
        <w:spacing w:after="160"/>
        <w:jc w:val="center"/>
        <w:rPr>
          <w:rFonts w:ascii="Aptos" w:hAnsi="Aptos"/>
        </w:rPr>
      </w:pPr>
      <w:r w:rsidRPr="004A38B5">
        <w:rPr>
          <w:rFonts w:ascii="Aptos" w:eastAsia="Times New Roman" w:hAnsi="Aptos"/>
          <w:b/>
          <w:sz w:val="24"/>
        </w:rPr>
        <w:t xml:space="preserve">ANEXO </w:t>
      </w:r>
      <w:r w:rsidR="00FC61DC">
        <w:rPr>
          <w:rFonts w:ascii="Aptos" w:eastAsia="Times New Roman" w:hAnsi="Aptos"/>
          <w:b/>
          <w:sz w:val="24"/>
        </w:rPr>
        <w:t>IX</w:t>
      </w:r>
      <w:r w:rsidRPr="004A38B5">
        <w:rPr>
          <w:rFonts w:ascii="Aptos" w:eastAsia="Times New Roman" w:hAnsi="Aptos"/>
          <w:b/>
          <w:sz w:val="24"/>
        </w:rPr>
        <w:t xml:space="preserve"> — REQUERIMENTO DE ATENDIMENTO ESPECIALIZADO E/OU ESPECÍFICO</w:t>
      </w:r>
    </w:p>
    <w:p w14:paraId="31E7A308" w14:textId="77777777" w:rsidR="004E4FD4" w:rsidRPr="004A38B5" w:rsidRDefault="00000000">
      <w:pPr>
        <w:spacing w:after="14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b/>
          <w:sz w:val="20"/>
        </w:rPr>
        <w:t xml:space="preserve">Instruções: </w:t>
      </w:r>
      <w:r w:rsidRPr="004A38B5">
        <w:rPr>
          <w:rFonts w:ascii="Aptos" w:eastAsia="Times New Roman" w:hAnsi="Aptos"/>
          <w:sz w:val="20"/>
        </w:rPr>
        <w:t>preencha somente as seções aplicáveis, assinale todas as opções necessárias e encaminhe este requerimento, acompanhado da documentação comprobatória pertinente, ao endereço eletrônico selecaoppgelit@ileel.ufu.br, dentro do período previsto no Capítulo 5 do Edital. A solicitação de atendimento independe da modalidade de vaga escolhida.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515F094B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6307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1. IDENTIFICAÇÃO DO(A) CANDIDATO(A)</w:t>
            </w:r>
          </w:p>
        </w:tc>
      </w:tr>
    </w:tbl>
    <w:p w14:paraId="45F472F0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4E4FD4" w:rsidRPr="004A38B5" w14:paraId="77F1C5DF" w14:textId="77777777">
        <w:trPr>
          <w:cantSplit/>
          <w:trHeight w:val="43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A4238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civil completo: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FB40CD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0EA8D582" w14:textId="77777777">
        <w:trPr>
          <w:cantSplit/>
          <w:trHeight w:val="43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40EE35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social, se aplicável: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FF13D7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14DF70CB" w14:textId="77777777">
        <w:trPr>
          <w:cantSplit/>
          <w:trHeight w:val="39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138AC2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CPF: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BF1D9A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1F29854F" w14:textId="77777777">
        <w:trPr>
          <w:cantSplit/>
          <w:trHeight w:val="39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F6D909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Número de inscrição: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F11E70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3219E585" w14:textId="77777777">
        <w:trPr>
          <w:cantSplit/>
          <w:trHeight w:val="42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BDA47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Nível: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1A092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☐ Mestrado Acadêmico     ☐ Doutorado Acadêmico</w:t>
            </w:r>
          </w:p>
        </w:tc>
      </w:tr>
      <w:tr w:rsidR="004E4FD4" w:rsidRPr="004A38B5" w14:paraId="39BC30AE" w14:textId="77777777">
        <w:trPr>
          <w:cantSplit/>
          <w:trHeight w:val="39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86E91F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E-mail: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AA20E2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22FE110F" w14:textId="77777777">
        <w:trPr>
          <w:cantSplit/>
          <w:trHeight w:val="39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A44DFE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Telefone/WhatsApp: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50C763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</w:tbl>
    <w:p w14:paraId="07E13C1A" w14:textId="77777777" w:rsidR="004E4FD4" w:rsidRPr="004A38B5" w:rsidRDefault="004E4FD4">
      <w:pPr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24671DD9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B682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2. TIPO DE ATENDIMENTO SOLICITADO</w:t>
            </w:r>
          </w:p>
        </w:tc>
      </w:tr>
    </w:tbl>
    <w:p w14:paraId="22F0CF79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4E4FD4" w:rsidRPr="004A38B5" w14:paraId="3280D43D" w14:textId="77777777">
        <w:trPr>
          <w:cantSplit/>
          <w:jc w:val="center"/>
        </w:trPr>
        <w:tc>
          <w:tcPr>
            <w:tcW w:w="9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540CEF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1"/>
              </w:rPr>
              <w:t>☐ Não necessito de atendimento.</w:t>
            </w:r>
          </w:p>
        </w:tc>
      </w:tr>
      <w:tr w:rsidR="004E4FD4" w:rsidRPr="004A38B5" w14:paraId="22C7E9F0" w14:textId="77777777">
        <w:trPr>
          <w:cantSplit/>
          <w:jc w:val="center"/>
        </w:trPr>
        <w:tc>
          <w:tcPr>
            <w:tcW w:w="9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5AF078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1"/>
              </w:rPr>
              <w:t>☐ Atendimento Especializado.</w:t>
            </w:r>
          </w:p>
        </w:tc>
      </w:tr>
      <w:tr w:rsidR="004E4FD4" w:rsidRPr="004A38B5" w14:paraId="72C2F626" w14:textId="77777777">
        <w:trPr>
          <w:cantSplit/>
          <w:jc w:val="center"/>
        </w:trPr>
        <w:tc>
          <w:tcPr>
            <w:tcW w:w="9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665475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1"/>
              </w:rPr>
              <w:t>☐ Atendimento Específico — candidata lactante.</w:t>
            </w:r>
          </w:p>
        </w:tc>
      </w:tr>
      <w:tr w:rsidR="004E4FD4" w:rsidRPr="004A38B5" w14:paraId="4C9BA6F9" w14:textId="77777777">
        <w:trPr>
          <w:cantSplit/>
          <w:jc w:val="center"/>
        </w:trPr>
        <w:tc>
          <w:tcPr>
            <w:tcW w:w="9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6A145A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1"/>
              </w:rPr>
              <w:t>☐ Atendimento Específico — utilização de nome social.</w:t>
            </w:r>
          </w:p>
        </w:tc>
      </w:tr>
    </w:tbl>
    <w:p w14:paraId="0A6175FA" w14:textId="77777777" w:rsidR="004E4FD4" w:rsidRPr="004A38B5" w:rsidRDefault="00000000">
      <w:pPr>
        <w:spacing w:before="6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i/>
          <w:sz w:val="19"/>
        </w:rPr>
        <w:t>A inscrição em vaga reservada para pessoa com deficiência (PcD) e a solicitação de Atendimento Especializado são procedimentos distintos. O atendimento poderá ser requerido por candidato(a) inscrito(a) em qualquer modalidade de vaga.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545949EF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7B14A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3. CONDIÇÃO QUE MOTIVA O ATENDIMENTO ESPECIALIZADO</w:t>
            </w:r>
          </w:p>
        </w:tc>
      </w:tr>
    </w:tbl>
    <w:p w14:paraId="00763ECE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4FD4" w:rsidRPr="004A38B5" w14:paraId="090E4E59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54044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Baixa visão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36094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Cegueira</w:t>
            </w:r>
          </w:p>
        </w:tc>
      </w:tr>
      <w:tr w:rsidR="004E4FD4" w:rsidRPr="004A38B5" w14:paraId="10655E13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E05B3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Visão monocular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1901C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Deficiência física</w:t>
            </w:r>
          </w:p>
        </w:tc>
      </w:tr>
      <w:tr w:rsidR="004E4FD4" w:rsidRPr="004A38B5" w14:paraId="14C4BA5A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D6B647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Deficiência auditiva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1B7E3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Surdez</w:t>
            </w:r>
          </w:p>
        </w:tc>
      </w:tr>
      <w:tr w:rsidR="004E4FD4" w:rsidRPr="004A38B5" w14:paraId="61D1EBF0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2DCA0A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Deficiência intelectual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ACB61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Surdocegueira</w:t>
            </w:r>
          </w:p>
        </w:tc>
      </w:tr>
      <w:tr w:rsidR="004E4FD4" w:rsidRPr="004A38B5" w14:paraId="4C2A78EA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554BC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lastRenderedPageBreak/>
              <w:t>☐ Dislexia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47DE5D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Déficit de atenção</w:t>
            </w:r>
          </w:p>
        </w:tc>
      </w:tr>
      <w:tr w:rsidR="004E4FD4" w:rsidRPr="004A38B5" w14:paraId="140D42DF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6D8EC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Transtorno do Espectro Autista — TEA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0A9BF1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TDAH — Transtorno de Déficit de Atenção e Hiperatividade</w:t>
            </w:r>
          </w:p>
        </w:tc>
      </w:tr>
      <w:tr w:rsidR="004E4FD4" w:rsidRPr="004A38B5" w14:paraId="32D70206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CB221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Discalculia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E73488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Fibromialgia</w:t>
            </w:r>
          </w:p>
        </w:tc>
      </w:tr>
      <w:tr w:rsidR="004E4FD4" w:rsidRPr="004A38B5" w14:paraId="1374E0D4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7577F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Outra condição específica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8946FB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9"/>
      </w:tblGrid>
      <w:tr w:rsidR="004E4FD4" w:rsidRPr="004A38B5" w14:paraId="4B7995EF" w14:textId="77777777" w:rsidTr="007D5CA5">
        <w:trPr>
          <w:cantSplit/>
          <w:jc w:val="center"/>
        </w:trPr>
        <w:tc>
          <w:tcPr>
            <w:tcW w:w="1008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05E1F019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 xml:space="preserve">Caso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tenha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assinalado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“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Outra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condição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específica”, detalhe:</w:t>
            </w:r>
          </w:p>
          <w:p w14:paraId="47CC1D6F" w14:textId="77777777" w:rsidR="004E4FD4" w:rsidRPr="004A38B5" w:rsidRDefault="004E4FD4" w:rsidP="003F6238">
            <w:pPr>
              <w:spacing w:after="0"/>
              <w:rPr>
                <w:rFonts w:ascii="Aptos" w:hAnsi="Aptos"/>
              </w:rPr>
            </w:pPr>
          </w:p>
          <w:p w14:paraId="071C821C" w14:textId="77777777" w:rsidR="003F6238" w:rsidRPr="004A38B5" w:rsidRDefault="003F6238" w:rsidP="003F6238">
            <w:pPr>
              <w:spacing w:after="0"/>
              <w:rPr>
                <w:rFonts w:ascii="Aptos" w:hAnsi="Aptos"/>
              </w:rPr>
            </w:pPr>
          </w:p>
          <w:p w14:paraId="5DA2D95C" w14:textId="6EE8AAE3" w:rsidR="003F6238" w:rsidRPr="004A38B5" w:rsidRDefault="003F6238" w:rsidP="003F6238">
            <w:pPr>
              <w:spacing w:after="0"/>
              <w:rPr>
                <w:rFonts w:ascii="Aptos" w:hAnsi="Aptos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63E63D2E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9C0CD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4. AUXÍLIO OU RECURSO DE ACESSIBILIDADE SOLICITADO</w:t>
            </w:r>
          </w:p>
        </w:tc>
      </w:tr>
    </w:tbl>
    <w:p w14:paraId="12C5FD35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8"/>
        <w:gridCol w:w="5068"/>
      </w:tblGrid>
      <w:tr w:rsidR="004E4FD4" w:rsidRPr="004A38B5" w14:paraId="7F4E73F3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8F9885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 xml:space="preserve">☐ </w:t>
            </w:r>
            <w:proofErr w:type="spellStart"/>
            <w:r w:rsidRPr="004A38B5">
              <w:rPr>
                <w:rFonts w:ascii="Aptos" w:eastAsia="Times New Roman" w:hAnsi="Aptos"/>
                <w:sz w:val="19"/>
              </w:rPr>
              <w:t>Auxílio</w:t>
            </w:r>
            <w:proofErr w:type="spellEnd"/>
            <w:r w:rsidRPr="004A38B5">
              <w:rPr>
                <w:rFonts w:ascii="Aptos" w:eastAsia="Times New Roman" w:hAnsi="Aptos"/>
                <w:sz w:val="19"/>
              </w:rPr>
              <w:t xml:space="preserve"> para </w:t>
            </w:r>
            <w:proofErr w:type="spellStart"/>
            <w:r w:rsidRPr="004A38B5">
              <w:rPr>
                <w:rFonts w:ascii="Aptos" w:eastAsia="Times New Roman" w:hAnsi="Aptos"/>
                <w:sz w:val="19"/>
              </w:rPr>
              <w:t>leitura</w:t>
            </w:r>
            <w:proofErr w:type="spellEnd"/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DAFDFC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Auxílio para transcrição</w:t>
            </w:r>
          </w:p>
        </w:tc>
      </w:tr>
      <w:tr w:rsidR="004E4FD4" w:rsidRPr="004A38B5" w14:paraId="67F721BA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C3357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Tradutor-intérprete de Libras</w:t>
            </w:r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E6667F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Caderno de questões com fonte em tamanho 20 e figuras ampliadas</w:t>
            </w:r>
          </w:p>
        </w:tc>
      </w:tr>
      <w:tr w:rsidR="004E4FD4" w:rsidRPr="004A38B5" w14:paraId="48BFAC03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D5C5B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Ampliação do tempo de realização da prova em até 1 (uma) hora</w:t>
            </w:r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0E116F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Local de fácil acesso interno e externo</w:t>
            </w:r>
          </w:p>
        </w:tc>
      </w:tr>
      <w:tr w:rsidR="004E4FD4" w:rsidRPr="004A38B5" w14:paraId="61064133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36BD0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Mobiliário acessível</w:t>
            </w:r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FE18B2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Autorização para alimentação periódica</w:t>
            </w:r>
          </w:p>
        </w:tc>
      </w:tr>
      <w:tr w:rsidR="004E4FD4" w:rsidRPr="004A38B5" w14:paraId="232F836C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0027E1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Autorização para uso de medidor de glicose</w:t>
            </w:r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06C139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Autorização para uso de bomba para infusão de insulina</w:t>
            </w:r>
          </w:p>
        </w:tc>
      </w:tr>
      <w:tr w:rsidR="004E4FD4" w:rsidRPr="004A38B5" w14:paraId="4C27F88E" w14:textId="77777777" w:rsidTr="007D5CA5">
        <w:trPr>
          <w:cantSplit/>
          <w:jc w:val="center"/>
        </w:trPr>
        <w:tc>
          <w:tcPr>
            <w:tcW w:w="51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D1864C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Autorização para uso de aparelho auditivo</w:t>
            </w:r>
          </w:p>
        </w:tc>
        <w:tc>
          <w:tcPr>
            <w:tcW w:w="50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19F71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9"/>
              </w:rPr>
              <w:t>☐ Outro auxílio ou recurso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799993B4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34772DF6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 xml:space="preserve">Caso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tenha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assinalado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“Outro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auxílio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ou recurso”, detalhe:</w:t>
            </w:r>
          </w:p>
          <w:p w14:paraId="7DBEBB19" w14:textId="77777777" w:rsidR="004E4FD4" w:rsidRPr="004A38B5" w:rsidRDefault="004E4FD4" w:rsidP="007E0A42">
            <w:pPr>
              <w:spacing w:after="0"/>
              <w:rPr>
                <w:rFonts w:ascii="Aptos" w:hAnsi="Aptos"/>
              </w:rPr>
            </w:pPr>
          </w:p>
          <w:p w14:paraId="1E13D330" w14:textId="3A173591" w:rsidR="007E0A42" w:rsidRPr="004A38B5" w:rsidRDefault="007E0A42" w:rsidP="007E0A42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604E64AE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13C4543C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>Descreva informações adicionais relevantes para a organização do atendimento, inclusive modo de utilização do recurso solicitado:</w:t>
            </w:r>
          </w:p>
          <w:p w14:paraId="7BA326C0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  <w:p w14:paraId="0DBFBE03" w14:textId="77777777" w:rsidR="007E0A42" w:rsidRPr="004A38B5" w:rsidRDefault="007E0A42">
            <w:pPr>
              <w:spacing w:after="0"/>
              <w:rPr>
                <w:rFonts w:ascii="Aptos" w:hAnsi="Aptos"/>
              </w:rPr>
            </w:pPr>
          </w:p>
          <w:p w14:paraId="2677E30E" w14:textId="521453A8" w:rsidR="007E0A42" w:rsidRPr="004A38B5" w:rsidRDefault="007E0A42">
            <w:pPr>
              <w:spacing w:after="0"/>
              <w:rPr>
                <w:rFonts w:ascii="Aptos" w:hAnsi="Aptos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592BBC9C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943D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5. DOCUMENTAÇÃO COMPROBATÓRIA</w:t>
            </w:r>
          </w:p>
        </w:tc>
      </w:tr>
    </w:tbl>
    <w:p w14:paraId="7DEF8708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4FD4" w:rsidRPr="004A38B5" w14:paraId="06034574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1C405B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Laudo médico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DDC609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Relatório emitido por profissional legalmente habilitado</w:t>
            </w:r>
          </w:p>
        </w:tc>
      </w:tr>
      <w:tr w:rsidR="004E4FD4" w:rsidRPr="004A38B5" w14:paraId="3FC2B37D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68C221F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Certidão de Nascimento da criança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905D4D5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Documento oficial de identidade do(a) acompanhante</w:t>
            </w:r>
          </w:p>
        </w:tc>
      </w:tr>
      <w:tr w:rsidR="004E4FD4" w:rsidRPr="004A38B5" w14:paraId="7EE40EE3" w14:textId="77777777">
        <w:trPr>
          <w:cantSplit/>
          <w:jc w:val="center"/>
        </w:trPr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6CA086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Outro documento</w:t>
            </w:r>
          </w:p>
        </w:tc>
        <w:tc>
          <w:tcPr>
            <w:tcW w:w="48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56ED8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20"/>
              </w:rPr>
              <w:t>☐ Não se aplica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89"/>
      </w:tblGrid>
      <w:tr w:rsidR="004E4FD4" w:rsidRPr="004A38B5" w14:paraId="67AA0DE0" w14:textId="77777777" w:rsidTr="007E0A42">
        <w:trPr>
          <w:cantSplit/>
          <w:jc w:val="center"/>
        </w:trPr>
        <w:tc>
          <w:tcPr>
            <w:tcW w:w="968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0E1C246A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 xml:space="preserve">Caso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tenha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assinalado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 xml:space="preserve"> “Outro </w:t>
            </w:r>
            <w:proofErr w:type="spellStart"/>
            <w:r w:rsidRPr="004A38B5">
              <w:rPr>
                <w:rFonts w:ascii="Aptos" w:eastAsia="Times New Roman" w:hAnsi="Aptos"/>
                <w:b/>
                <w:sz w:val="21"/>
              </w:rPr>
              <w:t>documento</w:t>
            </w:r>
            <w:proofErr w:type="spellEnd"/>
            <w:r w:rsidRPr="004A38B5">
              <w:rPr>
                <w:rFonts w:ascii="Aptos" w:eastAsia="Times New Roman" w:hAnsi="Aptos"/>
                <w:b/>
                <w:sz w:val="21"/>
              </w:rPr>
              <w:t>”, especifique:</w:t>
            </w:r>
          </w:p>
          <w:p w14:paraId="20260B93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  <w:p w14:paraId="2A681BC1" w14:textId="77777777" w:rsidR="007E0A42" w:rsidRPr="004A38B5" w:rsidRDefault="007E0A42">
            <w:pPr>
              <w:spacing w:after="0"/>
              <w:rPr>
                <w:rFonts w:ascii="Aptos" w:hAnsi="Aptos"/>
              </w:rPr>
            </w:pPr>
          </w:p>
          <w:p w14:paraId="68AD9E98" w14:textId="191C9D94" w:rsidR="007E0A42" w:rsidRPr="004A38B5" w:rsidRDefault="007E0A42">
            <w:pPr>
              <w:spacing w:after="0"/>
              <w:rPr>
                <w:rFonts w:ascii="Aptos" w:hAnsi="Aptos"/>
              </w:rPr>
            </w:pPr>
          </w:p>
        </w:tc>
      </w:tr>
    </w:tbl>
    <w:p w14:paraId="01E3305B" w14:textId="77777777" w:rsidR="004E4FD4" w:rsidRPr="004A38B5" w:rsidRDefault="00000000">
      <w:pPr>
        <w:spacing w:before="80" w:after="40"/>
        <w:rPr>
          <w:rFonts w:ascii="Aptos" w:hAnsi="Aptos"/>
        </w:rPr>
      </w:pPr>
      <w:proofErr w:type="spellStart"/>
      <w:r w:rsidRPr="004A38B5">
        <w:rPr>
          <w:rFonts w:ascii="Aptos" w:eastAsia="Times New Roman" w:hAnsi="Aptos"/>
          <w:b/>
          <w:sz w:val="21"/>
        </w:rPr>
        <w:t>Confirmação</w:t>
      </w:r>
      <w:proofErr w:type="spellEnd"/>
      <w:r w:rsidRPr="004A38B5">
        <w:rPr>
          <w:rFonts w:ascii="Aptos" w:eastAsia="Times New Roman" w:hAnsi="Aptos"/>
          <w:b/>
          <w:sz w:val="21"/>
        </w:rPr>
        <w:t xml:space="preserve"> de </w:t>
      </w:r>
      <w:proofErr w:type="spellStart"/>
      <w:r w:rsidRPr="004A38B5">
        <w:rPr>
          <w:rFonts w:ascii="Aptos" w:eastAsia="Times New Roman" w:hAnsi="Aptos"/>
          <w:b/>
          <w:sz w:val="21"/>
        </w:rPr>
        <w:t>encaminhamento</w:t>
      </w:r>
      <w:proofErr w:type="spellEnd"/>
      <w:r w:rsidRPr="004A38B5">
        <w:rPr>
          <w:rFonts w:ascii="Aptos" w:eastAsia="Times New Roman" w:hAnsi="Aptos"/>
          <w:b/>
          <w:sz w:val="21"/>
        </w:rPr>
        <w:t xml:space="preserve"> da documentação:</w:t>
      </w:r>
    </w:p>
    <w:p w14:paraId="03C2CEB5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A documentação foi enviada para selecaoppgelit@ileel.ufu.br.</w:t>
      </w:r>
    </w:p>
    <w:p w14:paraId="63809958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A documentação será enviada dentro do prazo previsto no Edital.</w:t>
      </w:r>
    </w:p>
    <w:p w14:paraId="5787C084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Não se aplica.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4E4FD4" w:rsidRPr="004A38B5" w14:paraId="6AE31727" w14:textId="77777777">
        <w:trPr>
          <w:cantSplit/>
          <w:trHeight w:val="36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166AA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lastRenderedPageBreak/>
              <w:t>Data do envio: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C520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______/______/________</w:t>
            </w:r>
          </w:p>
        </w:tc>
      </w:tr>
      <w:tr w:rsidR="004E4FD4" w:rsidRPr="004A38B5" w14:paraId="70531ACF" w14:textId="77777777">
        <w:trPr>
          <w:cantSplit/>
          <w:trHeight w:val="38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FC19BF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E-mail utilizado: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748D06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</w:tbl>
    <w:p w14:paraId="3F386C50" w14:textId="77777777" w:rsidR="004E4FD4" w:rsidRPr="004A38B5" w:rsidRDefault="00000000">
      <w:pPr>
        <w:spacing w:before="6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i/>
          <w:sz w:val="19"/>
        </w:rPr>
        <w:t>O laudo ou relatório deverá observar os requisitos estabelecidos no Capítulo 5 do Edital. Não é necessário informar o diagnóstico ou o CID diretamente neste formulário quando essas informações constarem da documentação profissional apresentada.</w:t>
      </w:r>
    </w:p>
    <w:p w14:paraId="72A00F4D" w14:textId="77777777" w:rsidR="004E4FD4" w:rsidRPr="004A38B5" w:rsidRDefault="004E4FD4">
      <w:pPr>
        <w:pageBreakBefore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739D14A4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7FFCD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6. ATENDIMENTO ESPECÍFICO — CANDIDATA LACTANTE</w:t>
            </w:r>
          </w:p>
        </w:tc>
      </w:tr>
    </w:tbl>
    <w:p w14:paraId="6C2DC81F" w14:textId="77777777" w:rsidR="004E4FD4" w:rsidRPr="004A38B5" w:rsidRDefault="004E4FD4">
      <w:pPr>
        <w:spacing w:after="0"/>
        <w:rPr>
          <w:rFonts w:ascii="Aptos" w:hAnsi="Aptos"/>
        </w:rPr>
      </w:pPr>
    </w:p>
    <w:p w14:paraId="33632BE6" w14:textId="77777777" w:rsidR="004E4FD4" w:rsidRPr="004A38B5" w:rsidRDefault="00000000">
      <w:pPr>
        <w:spacing w:before="6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i/>
          <w:sz w:val="19"/>
        </w:rPr>
        <w:t>Preencha esta seção somente se tiver solicitado atendimento na condição de candidata lactante.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4E4FD4" w:rsidRPr="004A38B5" w14:paraId="0171C621" w14:textId="77777777">
        <w:trPr>
          <w:cantSplit/>
          <w:trHeight w:val="42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97D9E9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da criança: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8FCB2A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5CF7F27A" w14:textId="77777777">
        <w:trPr>
          <w:cantSplit/>
          <w:trHeight w:val="39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CA987D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Data de nascimento: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48A53D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______/______/________</w:t>
            </w:r>
          </w:p>
        </w:tc>
      </w:tr>
      <w:tr w:rsidR="004E4FD4" w:rsidRPr="004A38B5" w14:paraId="6A5AB41B" w14:textId="77777777">
        <w:trPr>
          <w:cantSplit/>
          <w:trHeight w:val="42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E20B1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Data provável do parto, se aplicável: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D8EF22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______/______/________</w:t>
            </w:r>
          </w:p>
        </w:tc>
      </w:tr>
      <w:tr w:rsidR="004E4FD4" w:rsidRPr="004A38B5" w14:paraId="376CEF54" w14:textId="77777777">
        <w:trPr>
          <w:cantSplit/>
          <w:trHeight w:val="45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C57F6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completo do(a) acompanhante: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73E47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2EE1F6D1" w14:textId="77777777">
        <w:trPr>
          <w:cantSplit/>
          <w:trHeight w:val="43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263292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Documento de identidade do(a) acompanhante: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6EE8B2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46E50319" w14:textId="77777777">
        <w:trPr>
          <w:cantSplit/>
          <w:trHeight w:val="40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C67709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Telefone do(a) acompanhante: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D15635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</w:tbl>
    <w:p w14:paraId="5AB4B9BC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Certidão de Nascimento da criança encaminhada.</w:t>
      </w:r>
    </w:p>
    <w:p w14:paraId="62465176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Documento oficial de identidade do(a) acompanhante encaminhado.</w:t>
      </w:r>
    </w:p>
    <w:p w14:paraId="3EB018D9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A criança ainda não nasceu; apresentarei a documentação no prazo permitido pelo Edital.</w:t>
      </w:r>
    </w:p>
    <w:p w14:paraId="04B615C7" w14:textId="77777777" w:rsidR="004E4FD4" w:rsidRPr="004A38B5" w:rsidRDefault="00000000">
      <w:pPr>
        <w:spacing w:before="10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b/>
          <w:sz w:val="20"/>
        </w:rPr>
        <w:t xml:space="preserve">Declaração da candidata lactante: </w:t>
      </w:r>
      <w:r w:rsidRPr="004A38B5">
        <w:rPr>
          <w:rFonts w:ascii="Aptos" w:eastAsia="Times New Roman" w:hAnsi="Aptos"/>
          <w:sz w:val="20"/>
        </w:rPr>
        <w:t>declaro estar ciente de que deverei comparecer ao local da prova com o(a) acompanhante adulto(a) identificado(a) neste requerimento, que ficará responsável pela guarda da criança em espaço reservado, e de que a UFU não disponibilizará acompanhante para essa finalidade.</w:t>
      </w:r>
    </w:p>
    <w:p w14:paraId="586E17B5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Declaro estar ciente e de acordo.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47A24A87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05F3C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7. ATENDIMENTO ESPECÍFICO — UTILIZAÇÃO DE NOME SOCIAL</w:t>
            </w:r>
          </w:p>
        </w:tc>
      </w:tr>
    </w:tbl>
    <w:p w14:paraId="3811ECB1" w14:textId="77777777" w:rsidR="004E4FD4" w:rsidRPr="004A38B5" w:rsidRDefault="004E4FD4">
      <w:pPr>
        <w:spacing w:after="0"/>
        <w:rPr>
          <w:rFonts w:ascii="Aptos" w:hAnsi="Aptos"/>
        </w:rPr>
      </w:pPr>
    </w:p>
    <w:p w14:paraId="22B21F5D" w14:textId="77777777" w:rsidR="004E4FD4" w:rsidRPr="004A38B5" w:rsidRDefault="00000000">
      <w:pPr>
        <w:spacing w:before="6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i/>
          <w:sz w:val="19"/>
        </w:rPr>
        <w:t>Preencha esta seção somente se desejar utilizar nome social no Processo Seletivo.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4E4FD4" w:rsidRPr="004A38B5" w14:paraId="19216106" w14:textId="77777777">
        <w:trPr>
          <w:cantSplit/>
          <w:trHeight w:val="46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69FD31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social completo: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230270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  <w:tr w:rsidR="004E4FD4" w:rsidRPr="004A38B5" w14:paraId="41454E67" w14:textId="77777777">
        <w:trPr>
          <w:cantSplit/>
          <w:trHeight w:val="46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93F0F5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Nome civil completo: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FAF50" w14:textId="77777777" w:rsidR="004E4FD4" w:rsidRPr="004A38B5" w:rsidRDefault="004E4FD4">
            <w:pPr>
              <w:spacing w:after="0"/>
              <w:rPr>
                <w:rFonts w:ascii="Aptos" w:hAnsi="Aptos"/>
              </w:rPr>
            </w:pPr>
          </w:p>
        </w:tc>
      </w:tr>
    </w:tbl>
    <w:p w14:paraId="1ADDA40E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Solicito que o nome social seja utilizado na divulgação dos resultados, nas comunicações e na identificação dos materiais do Processo Seletivo.</w:t>
      </w:r>
    </w:p>
    <w:p w14:paraId="43EB705F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Declaro estar ciente de que o nome civil será utilizado somente nos registros e procedimentos administrativos em que for legalmente necessário.</w:t>
      </w:r>
    </w:p>
    <w:p w14:paraId="3A42CAB2" w14:textId="77777777" w:rsidR="004E4FD4" w:rsidRPr="004A38B5" w:rsidRDefault="00000000">
      <w:pPr>
        <w:spacing w:before="60" w:after="10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i/>
          <w:sz w:val="19"/>
        </w:rPr>
        <w:t>Não será exigido laudo, atestado ou documento destinado a comprovar a identidade de gênero para a utilização do nome social.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1BCCB933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6F4D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8. COMUNICAÇÃO DE NECESSIDADE SUPERVENIENTE</w:t>
            </w:r>
          </w:p>
        </w:tc>
      </w:tr>
    </w:tbl>
    <w:p w14:paraId="17E9971F" w14:textId="77777777" w:rsidR="004E4FD4" w:rsidRPr="004A38B5" w:rsidRDefault="004E4FD4">
      <w:pPr>
        <w:spacing w:after="0"/>
        <w:rPr>
          <w:rFonts w:ascii="Aptos" w:hAnsi="Aptos"/>
        </w:rPr>
      </w:pPr>
    </w:p>
    <w:p w14:paraId="77573F93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A necessidade informada neste requerimento surgiu após o encerramento das inscrições.</w:t>
      </w:r>
    </w:p>
    <w:p w14:paraId="692ED6E5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Não se aplica.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21603E1C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44F70FF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lastRenderedPageBreak/>
              <w:t>Em caso de necessidade superveniente, descreva a ocorrência e a data em que surgiu:</w:t>
            </w:r>
          </w:p>
          <w:p w14:paraId="552D6654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49BB834D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39A8F232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</w:tc>
      </w:tr>
    </w:tbl>
    <w:p w14:paraId="043B78C4" w14:textId="77777777" w:rsidR="004E4FD4" w:rsidRPr="004A38B5" w:rsidRDefault="004E4FD4">
      <w:pPr>
        <w:pageBreakBefore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77F20313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49A57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9. DECLARAÇÃO DO(A) CANDIDATO(A)</w:t>
            </w:r>
          </w:p>
        </w:tc>
      </w:tr>
    </w:tbl>
    <w:p w14:paraId="1A6CD954" w14:textId="77777777" w:rsidR="004E4FD4" w:rsidRPr="004A38B5" w:rsidRDefault="004E4FD4">
      <w:pPr>
        <w:spacing w:after="0"/>
        <w:rPr>
          <w:rFonts w:ascii="Aptos" w:hAnsi="Aptos"/>
        </w:rPr>
      </w:pPr>
    </w:p>
    <w:p w14:paraId="5CDA34DE" w14:textId="77777777" w:rsidR="004E4FD4" w:rsidRPr="004A38B5" w:rsidRDefault="00000000">
      <w:pPr>
        <w:spacing w:before="40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1"/>
        </w:rPr>
        <w:t>Declaro que as informações prestadas neste requerimento são verdadeiras e correspondem às minhas necessidades para participação no Processo Seletivo. Declaro estar ciente de que:</w:t>
      </w:r>
    </w:p>
    <w:p w14:paraId="3A2B222F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1. a solicitação será analisada nos termos do Capítulo 5 do Edital;</w:t>
      </w:r>
    </w:p>
    <w:p w14:paraId="23CB3061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2. o preenchimento deste requerimento não substitui o encaminhamento da documentação comprobatória exigida;</w:t>
      </w:r>
    </w:p>
    <w:p w14:paraId="450BC1C5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3. a concessão do atendimento dependerá da análise da solicitação e da documentação apresentada;</w:t>
      </w:r>
    </w:p>
    <w:p w14:paraId="6F1575CF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4. quando o recurso exatamente solicitado não puder ser disponibilizado por motivo técnico devidamente fundamentado, poderá ser adotada adaptação razoável ou recurso equivalente que atenda à finalidade da solicitação;</w:t>
      </w:r>
    </w:p>
    <w:p w14:paraId="25557ED6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5. devo comunicar imediatamente ao PPGELIT qualquer alteração relevante nas informações prestadas; e</w:t>
      </w:r>
    </w:p>
    <w:p w14:paraId="5BEF9C4D" w14:textId="77777777" w:rsidR="004E4FD4" w:rsidRPr="004A38B5" w:rsidRDefault="00000000">
      <w:pPr>
        <w:spacing w:after="40"/>
        <w:ind w:left="255" w:hanging="142"/>
        <w:jc w:val="both"/>
        <w:rPr>
          <w:rFonts w:ascii="Aptos" w:hAnsi="Aptos"/>
        </w:rPr>
      </w:pPr>
      <w:r w:rsidRPr="004A38B5">
        <w:rPr>
          <w:rFonts w:ascii="Aptos" w:eastAsia="Times New Roman" w:hAnsi="Aptos"/>
          <w:sz w:val="20"/>
        </w:rPr>
        <w:t>6. a apresentação de informação ou documento falso poderá acarretar o indeferimento da solicitação, o indeferimento da inscrição ou a exclusão do Processo Seletivo, sem prejuízo das demais consequências administrativas, civis e penais.</w:t>
      </w:r>
    </w:p>
    <w:p w14:paraId="124C1788" w14:textId="77777777" w:rsidR="004E4FD4" w:rsidRPr="004A38B5" w:rsidRDefault="00000000">
      <w:pPr>
        <w:spacing w:after="40"/>
        <w:ind w:left="85"/>
        <w:rPr>
          <w:rFonts w:ascii="Aptos" w:hAnsi="Aptos"/>
        </w:rPr>
      </w:pPr>
      <w:r w:rsidRPr="004A38B5">
        <w:rPr>
          <w:rFonts w:ascii="Aptos" w:eastAsia="Times New Roman" w:hAnsi="Aptos"/>
        </w:rPr>
        <w:t>☐ Declaro estar ciente e de acordo com as condições acima.</w:t>
      </w:r>
    </w:p>
    <w:p w14:paraId="0C2F82EB" w14:textId="77777777" w:rsidR="004E4FD4" w:rsidRPr="004A38B5" w:rsidRDefault="00000000">
      <w:pPr>
        <w:spacing w:before="280" w:after="100"/>
        <w:rPr>
          <w:rFonts w:ascii="Aptos" w:hAnsi="Aptos"/>
        </w:rPr>
      </w:pPr>
      <w:r w:rsidRPr="004A38B5">
        <w:rPr>
          <w:rFonts w:ascii="Aptos" w:eastAsia="Times New Roman" w:hAnsi="Aptos"/>
        </w:rPr>
        <w:t>Local e data: ______________________________, ______ de _________________________ de 2026.</w:t>
      </w:r>
    </w:p>
    <w:p w14:paraId="15BE21ED" w14:textId="77777777" w:rsidR="004E4FD4" w:rsidRPr="004A38B5" w:rsidRDefault="00000000">
      <w:pPr>
        <w:spacing w:before="480" w:after="0"/>
        <w:jc w:val="center"/>
        <w:rPr>
          <w:rFonts w:ascii="Aptos" w:hAnsi="Aptos"/>
        </w:rPr>
      </w:pPr>
      <w:r w:rsidRPr="004A38B5">
        <w:rPr>
          <w:rFonts w:ascii="Aptos" w:eastAsia="Times New Roman" w:hAnsi="Aptos"/>
        </w:rPr>
        <w:t>____________________________________________________________</w:t>
      </w:r>
    </w:p>
    <w:p w14:paraId="3A284F8C" w14:textId="77777777" w:rsidR="004E4FD4" w:rsidRPr="004A38B5" w:rsidRDefault="00000000">
      <w:pPr>
        <w:jc w:val="center"/>
        <w:rPr>
          <w:rFonts w:ascii="Aptos" w:hAnsi="Aptos"/>
        </w:rPr>
      </w:pPr>
      <w:r w:rsidRPr="004A38B5">
        <w:rPr>
          <w:rFonts w:ascii="Aptos" w:eastAsia="Times New Roman" w:hAnsi="Aptos"/>
          <w:sz w:val="21"/>
        </w:rPr>
        <w:t>Assinatura do(a) candidato(a) via GOV.BR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59E843EE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08E85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10. USO EXCLUSIVO DA COMISSÃO</w:t>
            </w:r>
          </w:p>
        </w:tc>
      </w:tr>
    </w:tbl>
    <w:p w14:paraId="3E82E378" w14:textId="77777777" w:rsidR="004E4FD4" w:rsidRPr="004A38B5" w:rsidRDefault="004E4FD4">
      <w:pPr>
        <w:spacing w:after="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4E4FD4" w:rsidRPr="004A38B5" w14:paraId="0E04D235" w14:textId="77777777">
        <w:trPr>
          <w:cantSplit/>
          <w:trHeight w:val="36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D3C8C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Data do recebimento: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E8AB6A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______/______/________</w:t>
            </w:r>
          </w:p>
        </w:tc>
      </w:tr>
      <w:tr w:rsidR="004E4FD4" w:rsidRPr="004A38B5" w14:paraId="4B9FD39A" w14:textId="77777777">
        <w:trPr>
          <w:cantSplit/>
          <w:trHeight w:val="40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0106C8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Documentação: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6E0418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☐ Completa     ☐ Incompleta     ☐ Não se aplica</w:t>
            </w:r>
          </w:p>
        </w:tc>
      </w:tr>
      <w:tr w:rsidR="004E4FD4" w:rsidRPr="004A38B5" w14:paraId="35DE3118" w14:textId="77777777">
        <w:trPr>
          <w:cantSplit/>
          <w:trHeight w:val="420"/>
          <w:jc w:val="center"/>
        </w:trPr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858E57" w14:textId="77777777" w:rsidR="004E4FD4" w:rsidRPr="004A38B5" w:rsidRDefault="00000000">
            <w:pPr>
              <w:spacing w:after="0"/>
              <w:jc w:val="center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</w:rPr>
              <w:t>Resultado da análise:</w:t>
            </w:r>
          </w:p>
        </w:tc>
        <w:tc>
          <w:tcPr>
            <w:tcW w:w="676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B27FD1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</w:rPr>
              <w:t>☐ Deferido     ☐ Deferido parcialmente     ☐ Indeferido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6"/>
      </w:tblGrid>
      <w:tr w:rsidR="004E4FD4" w:rsidRPr="004A38B5" w14:paraId="4D0B5182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280E3A17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>Atendimento(s) autorizado(s) e providências necessárias:</w:t>
            </w:r>
          </w:p>
          <w:p w14:paraId="44D74C1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128DD523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66365297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</w:tc>
      </w:tr>
      <w:tr w:rsidR="004E4FD4" w:rsidRPr="004A38B5" w14:paraId="3687F6CC" w14:textId="77777777">
        <w:trPr>
          <w:cantSplit/>
          <w:jc w:val="center"/>
        </w:trPr>
        <w:tc>
          <w:tcPr>
            <w:tcW w:w="1025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70" w:type="dxa"/>
              <w:right w:w="100" w:type="dxa"/>
            </w:tcMar>
            <w:vAlign w:val="center"/>
          </w:tcPr>
          <w:p w14:paraId="4642BC39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b/>
                <w:sz w:val="21"/>
              </w:rPr>
              <w:t>Fundamentação, em caso de deferimento parcial ou indeferimento:</w:t>
            </w:r>
          </w:p>
          <w:p w14:paraId="093BA1F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4FC035C0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  <w:p w14:paraId="1BDADE1E" w14:textId="77777777" w:rsidR="004E4FD4" w:rsidRPr="004A38B5" w:rsidRDefault="00000000">
            <w:pPr>
              <w:spacing w:after="0"/>
              <w:rPr>
                <w:rFonts w:ascii="Aptos" w:hAnsi="Aptos"/>
              </w:rPr>
            </w:pPr>
            <w:r w:rsidRPr="004A38B5">
              <w:rPr>
                <w:rFonts w:ascii="Aptos" w:eastAsia="Times New Roman" w:hAnsi="Aptos"/>
                <w:sz w:val="18"/>
              </w:rPr>
              <w:t>__________________________________________________________________________________________________________</w:t>
            </w:r>
          </w:p>
        </w:tc>
      </w:tr>
    </w:tbl>
    <w:p w14:paraId="1913B80B" w14:textId="77777777" w:rsidR="004E4FD4" w:rsidRPr="004A38B5" w:rsidRDefault="00000000">
      <w:pPr>
        <w:spacing w:before="200"/>
        <w:rPr>
          <w:rFonts w:ascii="Aptos" w:hAnsi="Aptos"/>
        </w:rPr>
      </w:pPr>
      <w:r w:rsidRPr="004A38B5">
        <w:rPr>
          <w:rFonts w:ascii="Aptos" w:eastAsia="Times New Roman" w:hAnsi="Aptos"/>
          <w:sz w:val="21"/>
        </w:rPr>
        <w:t>Responsável pela análise: ________________________________________________</w:t>
      </w:r>
    </w:p>
    <w:p w14:paraId="24883FDC" w14:textId="77777777" w:rsidR="004E4FD4" w:rsidRPr="004A38B5" w:rsidRDefault="00000000">
      <w:pPr>
        <w:spacing w:before="100"/>
        <w:rPr>
          <w:rFonts w:ascii="Aptos" w:hAnsi="Aptos"/>
        </w:rPr>
      </w:pPr>
      <w:r w:rsidRPr="004A38B5">
        <w:rPr>
          <w:rFonts w:ascii="Aptos" w:eastAsia="Times New Roman" w:hAnsi="Aptos"/>
          <w:sz w:val="21"/>
        </w:rPr>
        <w:t>Assinatura: _____________________________________________________________</w:t>
      </w:r>
    </w:p>
    <w:sectPr w:rsidR="004E4FD4" w:rsidRPr="004A38B5" w:rsidSect="00034616">
      <w:footerReference w:type="default" r:id="rId9"/>
      <w:pgSz w:w="12240" w:h="15840"/>
      <w:pgMar w:top="709" w:right="992" w:bottom="765" w:left="99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7629" w14:textId="77777777" w:rsidR="00C451DF" w:rsidRDefault="00C451DF">
      <w:pPr>
        <w:spacing w:after="0"/>
      </w:pPr>
      <w:r>
        <w:separator/>
      </w:r>
    </w:p>
  </w:endnote>
  <w:endnote w:type="continuationSeparator" w:id="0">
    <w:p w14:paraId="37D53DF1" w14:textId="77777777" w:rsidR="00C451DF" w:rsidRDefault="00C451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6B6B" w14:textId="606F68AB" w:rsidR="004E4FD4" w:rsidRDefault="00000000">
    <w:pPr>
      <w:pStyle w:val="Rodap"/>
      <w:jc w:val="center"/>
    </w:pPr>
    <w:proofErr w:type="spellStart"/>
    <w:r>
      <w:rPr>
        <w:rFonts w:eastAsia="Times New Roman"/>
        <w:i/>
        <w:sz w:val="16"/>
      </w:rPr>
      <w:t>Documento</w:t>
    </w:r>
    <w:proofErr w:type="spellEnd"/>
    <w:r>
      <w:rPr>
        <w:rFonts w:eastAsia="Times New Roman"/>
        <w:i/>
        <w:sz w:val="16"/>
      </w:rPr>
      <w:t xml:space="preserve"> </w:t>
    </w:r>
    <w:proofErr w:type="spellStart"/>
    <w:r>
      <w:rPr>
        <w:rFonts w:eastAsia="Times New Roman"/>
        <w:i/>
        <w:sz w:val="16"/>
      </w:rPr>
      <w:t>destinado</w:t>
    </w:r>
    <w:proofErr w:type="spellEnd"/>
    <w:r>
      <w:rPr>
        <w:rFonts w:eastAsia="Times New Roman"/>
        <w:i/>
        <w:sz w:val="16"/>
      </w:rPr>
      <w:t xml:space="preserve"> </w:t>
    </w:r>
    <w:proofErr w:type="spellStart"/>
    <w:r>
      <w:rPr>
        <w:rFonts w:eastAsia="Times New Roman"/>
        <w:i/>
        <w:sz w:val="16"/>
      </w:rPr>
      <w:t>exclusivamente</w:t>
    </w:r>
    <w:proofErr w:type="spellEnd"/>
    <w:r>
      <w:rPr>
        <w:rFonts w:eastAsia="Times New Roman"/>
        <w:i/>
        <w:sz w:val="16"/>
      </w:rPr>
      <w:t xml:space="preserve"> à </w:t>
    </w:r>
    <w:proofErr w:type="spellStart"/>
    <w:r>
      <w:rPr>
        <w:rFonts w:eastAsia="Times New Roman"/>
        <w:i/>
        <w:sz w:val="16"/>
      </w:rPr>
      <w:t>solicitação</w:t>
    </w:r>
    <w:proofErr w:type="spellEnd"/>
    <w:r>
      <w:rPr>
        <w:rFonts w:eastAsia="Times New Roman"/>
        <w:i/>
        <w:sz w:val="16"/>
      </w:rPr>
      <w:t xml:space="preserve"> e à </w:t>
    </w:r>
    <w:proofErr w:type="spellStart"/>
    <w:r>
      <w:rPr>
        <w:rFonts w:eastAsia="Times New Roman"/>
        <w:i/>
        <w:sz w:val="16"/>
      </w:rPr>
      <w:t>análise</w:t>
    </w:r>
    <w:proofErr w:type="spellEnd"/>
    <w:r>
      <w:rPr>
        <w:rFonts w:eastAsia="Times New Roman"/>
        <w:i/>
        <w:sz w:val="16"/>
      </w:rPr>
      <w:t xml:space="preserve"> de </w:t>
    </w:r>
    <w:proofErr w:type="spellStart"/>
    <w:r>
      <w:rPr>
        <w:rFonts w:eastAsia="Times New Roman"/>
        <w:i/>
        <w:sz w:val="16"/>
      </w:rPr>
      <w:t>Atendimento</w:t>
    </w:r>
    <w:proofErr w:type="spellEnd"/>
    <w:r>
      <w:rPr>
        <w:rFonts w:eastAsia="Times New Roman"/>
        <w:i/>
        <w:sz w:val="16"/>
      </w:rPr>
      <w:t xml:space="preserve"> </w:t>
    </w:r>
    <w:proofErr w:type="spellStart"/>
    <w:r>
      <w:rPr>
        <w:rFonts w:eastAsia="Times New Roman"/>
        <w:i/>
        <w:sz w:val="16"/>
      </w:rPr>
      <w:t>Especializado</w:t>
    </w:r>
    <w:proofErr w:type="spellEnd"/>
    <w:r>
      <w:rPr>
        <w:rFonts w:eastAsia="Times New Roman"/>
        <w:i/>
        <w:sz w:val="16"/>
      </w:rPr>
      <w:t xml:space="preserve"> e/</w:t>
    </w:r>
    <w:proofErr w:type="spellStart"/>
    <w:r>
      <w:rPr>
        <w:rFonts w:eastAsia="Times New Roman"/>
        <w:i/>
        <w:sz w:val="16"/>
      </w:rPr>
      <w:t>ou</w:t>
    </w:r>
    <w:proofErr w:type="spellEnd"/>
    <w:r>
      <w:rPr>
        <w:rFonts w:eastAsia="Times New Roman"/>
        <w:i/>
        <w:sz w:val="16"/>
      </w:rPr>
      <w:t xml:space="preserve"> </w:t>
    </w:r>
    <w:proofErr w:type="spellStart"/>
    <w:r>
      <w:rPr>
        <w:rFonts w:eastAsia="Times New Roman"/>
        <w:i/>
        <w:sz w:val="16"/>
      </w:rPr>
      <w:t>Específico</w:t>
    </w:r>
    <w:proofErr w:type="spellEnd"/>
    <w:r>
      <w:rPr>
        <w:rFonts w:eastAsia="Times New Roman"/>
        <w:i/>
        <w:sz w:val="16"/>
      </w:rPr>
      <w:t xml:space="preserve">. </w:t>
    </w:r>
    <w:r>
      <w:rPr>
        <w:rFonts w:eastAsia="Times New Roman"/>
        <w:sz w:val="16"/>
      </w:rPr>
      <w:t xml:space="preserve">Página </w:t>
    </w:r>
    <w:r>
      <w:rPr>
        <w:rFonts w:eastAsia="Times New Roman"/>
        <w:sz w:val="16"/>
      </w:rPr>
      <w:fldChar w:fldCharType="begin"/>
    </w:r>
    <w:r>
      <w:rPr>
        <w:rFonts w:eastAsia="Times New Roman"/>
        <w:sz w:val="16"/>
      </w:rPr>
      <w:instrText xml:space="preserve"> PAGE </w:instrText>
    </w:r>
    <w:r>
      <w:rPr>
        <w:rFonts w:eastAsia="Times New Roman"/>
        <w:sz w:val="16"/>
      </w:rPr>
      <w:fldChar w:fldCharType="separate"/>
    </w:r>
    <w:r w:rsidR="007D5CA5">
      <w:rPr>
        <w:rFonts w:eastAsia="Times New Roman"/>
        <w:noProof/>
        <w:sz w:val="16"/>
      </w:rPr>
      <w:t>1</w:t>
    </w:r>
    <w:r>
      <w:rPr>
        <w:rFonts w:eastAsia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06DF" w14:textId="77777777" w:rsidR="00C451DF" w:rsidRDefault="00C451DF">
      <w:pPr>
        <w:spacing w:after="0"/>
      </w:pPr>
      <w:r>
        <w:separator/>
      </w:r>
    </w:p>
  </w:footnote>
  <w:footnote w:type="continuationSeparator" w:id="0">
    <w:p w14:paraId="7402E6CF" w14:textId="77777777" w:rsidR="00C451DF" w:rsidRDefault="00C451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583111">
    <w:abstractNumId w:val="8"/>
  </w:num>
  <w:num w:numId="2" w16cid:durableId="1900314323">
    <w:abstractNumId w:val="6"/>
  </w:num>
  <w:num w:numId="3" w16cid:durableId="1500852478">
    <w:abstractNumId w:val="5"/>
  </w:num>
  <w:num w:numId="4" w16cid:durableId="365638091">
    <w:abstractNumId w:val="4"/>
  </w:num>
  <w:num w:numId="5" w16cid:durableId="1176112761">
    <w:abstractNumId w:val="7"/>
  </w:num>
  <w:num w:numId="6" w16cid:durableId="1507480768">
    <w:abstractNumId w:val="3"/>
  </w:num>
  <w:num w:numId="7" w16cid:durableId="432020817">
    <w:abstractNumId w:val="2"/>
  </w:num>
  <w:num w:numId="8" w16cid:durableId="140968601">
    <w:abstractNumId w:val="1"/>
  </w:num>
  <w:num w:numId="9" w16cid:durableId="110365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2C7"/>
    <w:rsid w:val="00034616"/>
    <w:rsid w:val="0006063C"/>
    <w:rsid w:val="0015074B"/>
    <w:rsid w:val="0029639D"/>
    <w:rsid w:val="00326F90"/>
    <w:rsid w:val="003F6238"/>
    <w:rsid w:val="004A38B5"/>
    <w:rsid w:val="004E4FD4"/>
    <w:rsid w:val="007D5CA5"/>
    <w:rsid w:val="007E0A42"/>
    <w:rsid w:val="008E5076"/>
    <w:rsid w:val="00AA1D8D"/>
    <w:rsid w:val="00B47730"/>
    <w:rsid w:val="00C451DF"/>
    <w:rsid w:val="00CB0664"/>
    <w:rsid w:val="00CD5B06"/>
    <w:rsid w:val="00FC61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87CB90B-053E-4F69-BAAB-31A57715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1197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Atendimento Especializado e/ou Específico — PPGELIT</dc:title>
  <dc:subject>Processo Seletivo PPGELIT 2027/1</dc:subject>
  <dc:creator>Programa de Pós-Graduação em Estudos Literários — UFU</dc:creator>
  <cp:keywords>PPGELIT, atendimento especializado, atendimento específico, acessibilidade</cp:keywords>
  <dc:description>generated by python-docx</dc:description>
  <cp:lastModifiedBy>Rodrigo Valverde Denubila</cp:lastModifiedBy>
  <cp:revision>6</cp:revision>
  <dcterms:created xsi:type="dcterms:W3CDTF">2013-12-23T23:15:00Z</dcterms:created>
  <dcterms:modified xsi:type="dcterms:W3CDTF">2026-07-30T14:26:00Z</dcterms:modified>
  <cp:category/>
</cp:coreProperties>
</file>